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70E644" w14:textId="3882185D" w:rsidR="00863033" w:rsidRDefault="00863033" w:rsidP="008630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1CB4FA" w14:textId="77777777" w:rsidR="00863033" w:rsidRPr="002151BA" w:rsidRDefault="00863033" w:rsidP="00863033">
      <w:pPr>
        <w:jc w:val="center"/>
        <w:rPr>
          <w:rFonts w:ascii="Times New Roman" w:hAnsi="Times New Roman" w:cs="Times New Roman"/>
          <w:b/>
          <w:sz w:val="12"/>
          <w:szCs w:val="12"/>
        </w:rPr>
      </w:pPr>
    </w:p>
    <w:p w14:paraId="35DB488F" w14:textId="3205FF37" w:rsidR="00863033" w:rsidRPr="00863033" w:rsidRDefault="00B36D34" w:rsidP="00863033">
      <w:pPr>
        <w:jc w:val="center"/>
        <w:rPr>
          <w:rFonts w:ascii="Times New Roman" w:hAnsi="Times New Roman" w:cs="Times New Roman"/>
          <w:sz w:val="28"/>
          <w:szCs w:val="28"/>
        </w:rPr>
      </w:pPr>
      <w:r w:rsidRPr="00863033">
        <w:rPr>
          <w:rFonts w:ascii="Times New Roman" w:hAnsi="Times New Roman" w:cs="Times New Roman"/>
          <w:b/>
          <w:sz w:val="28"/>
          <w:szCs w:val="28"/>
        </w:rPr>
        <w:t xml:space="preserve">FORMULIR CETAK </w:t>
      </w:r>
      <w:r w:rsidR="00863033" w:rsidRPr="00863033">
        <w:rPr>
          <w:rFonts w:ascii="Times New Roman" w:hAnsi="Times New Roman" w:cs="Times New Roman"/>
          <w:b/>
          <w:sz w:val="28"/>
          <w:szCs w:val="28"/>
        </w:rPr>
        <w:t>IJAZAH</w:t>
      </w:r>
    </w:p>
    <w:p w14:paraId="56162B44" w14:textId="67A9AB77" w:rsidR="00863033" w:rsidRDefault="00B36D34" w:rsidP="00863033">
      <w:pPr>
        <w:tabs>
          <w:tab w:val="left" w:pos="2268"/>
        </w:tabs>
        <w:rPr>
          <w:rFonts w:ascii="Times New Roman" w:hAnsi="Times New Roman" w:cs="Times New Roman"/>
          <w:sz w:val="24"/>
          <w:szCs w:val="24"/>
        </w:rPr>
      </w:pPr>
      <w:r w:rsidRPr="00863033">
        <w:rPr>
          <w:rFonts w:ascii="Times New Roman" w:hAnsi="Times New Roman" w:cs="Times New Roman"/>
          <w:sz w:val="24"/>
          <w:szCs w:val="24"/>
        </w:rPr>
        <w:t>Nama</w:t>
      </w:r>
      <w:r w:rsidR="00863033">
        <w:rPr>
          <w:rFonts w:ascii="Times New Roman" w:hAnsi="Times New Roman" w:cs="Times New Roman"/>
          <w:sz w:val="24"/>
          <w:szCs w:val="24"/>
        </w:rPr>
        <w:tab/>
      </w:r>
      <w:r w:rsidRPr="00863033">
        <w:rPr>
          <w:rFonts w:ascii="Times New Roman" w:hAnsi="Times New Roman" w:cs="Times New Roman"/>
          <w:sz w:val="24"/>
          <w:szCs w:val="24"/>
        </w:rPr>
        <w:t>: .....................................................</w:t>
      </w:r>
    </w:p>
    <w:p w14:paraId="0C3503FC" w14:textId="0AEDCBB2" w:rsidR="006D4928" w:rsidRDefault="00B36D34" w:rsidP="00863033">
      <w:pPr>
        <w:tabs>
          <w:tab w:val="left" w:pos="2268"/>
        </w:tabs>
        <w:rPr>
          <w:rFonts w:ascii="Times New Roman" w:hAnsi="Times New Roman" w:cs="Times New Roman"/>
          <w:sz w:val="24"/>
          <w:szCs w:val="24"/>
        </w:rPr>
      </w:pPr>
      <w:r w:rsidRPr="00863033">
        <w:rPr>
          <w:rFonts w:ascii="Times New Roman" w:hAnsi="Times New Roman" w:cs="Times New Roman"/>
          <w:sz w:val="24"/>
          <w:szCs w:val="24"/>
        </w:rPr>
        <w:t>NIM</w:t>
      </w:r>
      <w:r w:rsidR="00863033">
        <w:rPr>
          <w:rFonts w:ascii="Times New Roman" w:hAnsi="Times New Roman" w:cs="Times New Roman"/>
          <w:sz w:val="24"/>
          <w:szCs w:val="24"/>
        </w:rPr>
        <w:tab/>
      </w:r>
      <w:r w:rsidRPr="00863033">
        <w:rPr>
          <w:rFonts w:ascii="Times New Roman" w:hAnsi="Times New Roman" w:cs="Times New Roman"/>
          <w:sz w:val="24"/>
          <w:szCs w:val="24"/>
        </w:rPr>
        <w:t>: .....................................................</w:t>
      </w:r>
    </w:p>
    <w:p w14:paraId="4ACEE77E" w14:textId="35C83ADD" w:rsidR="00863033" w:rsidRDefault="00863033" w:rsidP="00863033">
      <w:pPr>
        <w:tabs>
          <w:tab w:val="left" w:pos="2268"/>
        </w:tabs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Tempat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Lahir</w:t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Pr="00863033">
        <w:rPr>
          <w:rFonts w:ascii="Times New Roman" w:hAnsi="Times New Roman" w:cs="Times New Roman"/>
          <w:sz w:val="24"/>
          <w:szCs w:val="24"/>
        </w:rPr>
        <w:t>.....................................................</w:t>
      </w:r>
    </w:p>
    <w:p w14:paraId="7E142DDC" w14:textId="77777777" w:rsidR="00863033" w:rsidRDefault="00B36D34" w:rsidP="00863033">
      <w:pPr>
        <w:tabs>
          <w:tab w:val="left" w:pos="2268"/>
        </w:tabs>
        <w:rPr>
          <w:rFonts w:ascii="Times New Roman" w:hAnsi="Times New Roman" w:cs="Times New Roman"/>
          <w:sz w:val="24"/>
          <w:szCs w:val="24"/>
        </w:rPr>
      </w:pPr>
      <w:r w:rsidRPr="00863033">
        <w:rPr>
          <w:rFonts w:ascii="Times New Roman" w:hAnsi="Times New Roman" w:cs="Times New Roman"/>
          <w:sz w:val="24"/>
          <w:szCs w:val="24"/>
        </w:rPr>
        <w:t>Program Studi</w:t>
      </w:r>
      <w:r w:rsidR="00863033">
        <w:rPr>
          <w:rFonts w:ascii="Times New Roman" w:hAnsi="Times New Roman" w:cs="Times New Roman"/>
          <w:sz w:val="24"/>
          <w:szCs w:val="24"/>
        </w:rPr>
        <w:tab/>
      </w:r>
      <w:r w:rsidRPr="00863033">
        <w:rPr>
          <w:rFonts w:ascii="Times New Roman" w:hAnsi="Times New Roman" w:cs="Times New Roman"/>
          <w:sz w:val="24"/>
          <w:szCs w:val="24"/>
        </w:rPr>
        <w:t>: .....................................................</w:t>
      </w:r>
    </w:p>
    <w:p w14:paraId="3B15ED47" w14:textId="673052D8" w:rsidR="006D4928" w:rsidRDefault="00B36D34" w:rsidP="00863033">
      <w:pPr>
        <w:tabs>
          <w:tab w:val="left" w:pos="2268"/>
        </w:tabs>
        <w:rPr>
          <w:rFonts w:ascii="Times New Roman" w:hAnsi="Times New Roman" w:cs="Times New Roman"/>
          <w:sz w:val="24"/>
          <w:szCs w:val="24"/>
        </w:rPr>
      </w:pPr>
      <w:r w:rsidRPr="00863033">
        <w:rPr>
          <w:rFonts w:ascii="Times New Roman" w:hAnsi="Times New Roman" w:cs="Times New Roman"/>
          <w:sz w:val="24"/>
          <w:szCs w:val="24"/>
        </w:rPr>
        <w:t>No. HP/WA</w:t>
      </w:r>
      <w:r w:rsidR="00863033">
        <w:rPr>
          <w:rFonts w:ascii="Times New Roman" w:hAnsi="Times New Roman" w:cs="Times New Roman"/>
          <w:sz w:val="24"/>
          <w:szCs w:val="24"/>
        </w:rPr>
        <w:tab/>
      </w:r>
      <w:r w:rsidRPr="00863033">
        <w:rPr>
          <w:rFonts w:ascii="Times New Roman" w:hAnsi="Times New Roman" w:cs="Times New Roman"/>
          <w:sz w:val="24"/>
          <w:szCs w:val="24"/>
        </w:rPr>
        <w:t>: .....................................................</w:t>
      </w:r>
    </w:p>
    <w:p w14:paraId="15E2223A" w14:textId="673FDD5D" w:rsidR="00863033" w:rsidRDefault="00863033" w:rsidP="00863033">
      <w:pPr>
        <w:tabs>
          <w:tab w:val="left" w:pos="2268"/>
        </w:tabs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Yud</w:t>
      </w:r>
      <w:r w:rsidR="00883C9C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sium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:</w:t>
      </w:r>
      <w:r w:rsidRPr="00863033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</w:t>
      </w:r>
    </w:p>
    <w:p w14:paraId="574F9C7A" w14:textId="43CE8248" w:rsidR="00863033" w:rsidRDefault="00863033" w:rsidP="00863033">
      <w:pPr>
        <w:tabs>
          <w:tab w:val="left" w:pos="226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IPK</w:t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Pr="00863033">
        <w:rPr>
          <w:rFonts w:ascii="Times New Roman" w:hAnsi="Times New Roman" w:cs="Times New Roman"/>
          <w:sz w:val="24"/>
          <w:szCs w:val="24"/>
        </w:rPr>
        <w:t>.....................................................</w:t>
      </w:r>
    </w:p>
    <w:p w14:paraId="26139192" w14:textId="4725B50A" w:rsidR="00863033" w:rsidRDefault="00863033" w:rsidP="00863033">
      <w:pPr>
        <w:tabs>
          <w:tab w:val="left" w:pos="2268"/>
        </w:tabs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Judul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Skripsi</w:t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Pr="0086303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</w:t>
      </w:r>
    </w:p>
    <w:p w14:paraId="5D000FC2" w14:textId="2429C3EB" w:rsidR="00863033" w:rsidRDefault="00863033" w:rsidP="00863033">
      <w:pPr>
        <w:tabs>
          <w:tab w:val="left" w:pos="226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863033">
        <w:rPr>
          <w:rFonts w:ascii="Times New Roman" w:hAnsi="Times New Roman" w:cs="Times New Roman"/>
          <w:sz w:val="24"/>
          <w:szCs w:val="24"/>
        </w:rPr>
        <w:t>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63033">
        <w:rPr>
          <w:rFonts w:ascii="Times New Roman" w:hAnsi="Times New Roman" w:cs="Times New Roman"/>
          <w:sz w:val="24"/>
          <w:szCs w:val="24"/>
        </w:rPr>
        <w:t>....................................................</w:t>
      </w:r>
    </w:p>
    <w:p w14:paraId="50F55DC7" w14:textId="085DB273" w:rsidR="00863033" w:rsidRPr="00863033" w:rsidRDefault="00863033" w:rsidP="00863033">
      <w:pPr>
        <w:tabs>
          <w:tab w:val="left" w:pos="226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863033">
        <w:rPr>
          <w:rFonts w:ascii="Times New Roman" w:hAnsi="Times New Roman" w:cs="Times New Roman"/>
          <w:sz w:val="24"/>
          <w:szCs w:val="24"/>
        </w:rPr>
        <w:t>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63033">
        <w:rPr>
          <w:rFonts w:ascii="Times New Roman" w:hAnsi="Times New Roman" w:cs="Times New Roman"/>
          <w:sz w:val="24"/>
          <w:szCs w:val="24"/>
        </w:rPr>
        <w:t>....................................................</w:t>
      </w:r>
    </w:p>
    <w:p w14:paraId="533C8134" w14:textId="53B939C7" w:rsidR="006D4928" w:rsidRPr="00863033" w:rsidRDefault="00B36D34">
      <w:pPr>
        <w:rPr>
          <w:rFonts w:ascii="Times New Roman" w:hAnsi="Times New Roman" w:cs="Times New Roman"/>
          <w:sz w:val="24"/>
          <w:szCs w:val="24"/>
        </w:rPr>
      </w:pPr>
      <w:r w:rsidRPr="00863033">
        <w:rPr>
          <w:rFonts w:ascii="Times New Roman" w:hAnsi="Times New Roman" w:cs="Times New Roman"/>
          <w:sz w:val="24"/>
          <w:szCs w:val="24"/>
        </w:rPr>
        <w:br/>
      </w:r>
      <w:r w:rsidR="00863033">
        <w:rPr>
          <w:rFonts w:ascii="Times New Roman" w:hAnsi="Times New Roman" w:cs="Times New Roman"/>
          <w:sz w:val="24"/>
          <w:szCs w:val="24"/>
        </w:rPr>
        <w:t xml:space="preserve">Lampiran </w:t>
      </w:r>
      <w:proofErr w:type="spellStart"/>
      <w:r w:rsidR="00863033">
        <w:rPr>
          <w:rFonts w:ascii="Times New Roman" w:hAnsi="Times New Roman" w:cs="Times New Roman"/>
          <w:sz w:val="24"/>
          <w:szCs w:val="24"/>
        </w:rPr>
        <w:t>Dokumen</w:t>
      </w:r>
      <w:proofErr w:type="spellEnd"/>
      <w:r w:rsidR="00A72AB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357B82" w14:textId="17DA6BE5" w:rsidR="006D4928" w:rsidRPr="00863033" w:rsidRDefault="00B36D34" w:rsidP="002151B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63033">
        <w:rPr>
          <w:rFonts w:ascii="Segoe UI Symbol" w:hAnsi="Segoe UI Symbol" w:cs="Segoe UI Symbol"/>
          <w:sz w:val="24"/>
          <w:szCs w:val="24"/>
        </w:rPr>
        <w:t>☐</w:t>
      </w:r>
      <w:r w:rsidRPr="008630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3033">
        <w:rPr>
          <w:rFonts w:ascii="Times New Roman" w:hAnsi="Times New Roman" w:cs="Times New Roman"/>
          <w:sz w:val="24"/>
          <w:szCs w:val="24"/>
        </w:rPr>
        <w:t>Potocopy</w:t>
      </w:r>
      <w:proofErr w:type="spellEnd"/>
      <w:r w:rsidR="00863033">
        <w:rPr>
          <w:rFonts w:ascii="Times New Roman" w:hAnsi="Times New Roman" w:cs="Times New Roman"/>
          <w:sz w:val="24"/>
          <w:szCs w:val="24"/>
        </w:rPr>
        <w:t xml:space="preserve"> Ijazah SMA dan KTP</w:t>
      </w:r>
    </w:p>
    <w:p w14:paraId="45D01F57" w14:textId="0DC48414" w:rsidR="006D4928" w:rsidRPr="00863033" w:rsidRDefault="00B36D34" w:rsidP="002151B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63033">
        <w:rPr>
          <w:rFonts w:ascii="Segoe UI Symbol" w:hAnsi="Segoe UI Symbol" w:cs="Segoe UI Symbol"/>
          <w:sz w:val="24"/>
          <w:szCs w:val="24"/>
        </w:rPr>
        <w:t>☐</w:t>
      </w:r>
      <w:r w:rsidRPr="00863033">
        <w:rPr>
          <w:rFonts w:ascii="Times New Roman" w:hAnsi="Times New Roman" w:cs="Times New Roman"/>
          <w:sz w:val="24"/>
          <w:szCs w:val="24"/>
        </w:rPr>
        <w:t xml:space="preserve"> </w:t>
      </w:r>
      <w:r w:rsidR="00863033">
        <w:rPr>
          <w:rFonts w:ascii="Times New Roman" w:hAnsi="Times New Roman" w:cs="Times New Roman"/>
          <w:sz w:val="24"/>
          <w:szCs w:val="24"/>
        </w:rPr>
        <w:t xml:space="preserve">Pas Foto Ijazah Hitam Putih (4 Lembar </w:t>
      </w:r>
      <w:proofErr w:type="spellStart"/>
      <w:r w:rsidR="00863033">
        <w:rPr>
          <w:rFonts w:ascii="Times New Roman" w:hAnsi="Times New Roman" w:cs="Times New Roman"/>
          <w:sz w:val="24"/>
          <w:szCs w:val="24"/>
        </w:rPr>
        <w:t>ukuran</w:t>
      </w:r>
      <w:proofErr w:type="spellEnd"/>
      <w:r w:rsidR="00863033">
        <w:rPr>
          <w:rFonts w:ascii="Times New Roman" w:hAnsi="Times New Roman" w:cs="Times New Roman"/>
          <w:sz w:val="24"/>
          <w:szCs w:val="24"/>
        </w:rPr>
        <w:t xml:space="preserve"> 4x6 dan 2 Lembar 3x4) </w:t>
      </w:r>
    </w:p>
    <w:p w14:paraId="601CB1E4" w14:textId="794FB7E0" w:rsidR="006D4928" w:rsidRPr="00863033" w:rsidRDefault="00B36D34" w:rsidP="002151B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63033">
        <w:rPr>
          <w:rFonts w:ascii="Segoe UI Symbol" w:hAnsi="Segoe UI Symbol" w:cs="Segoe UI Symbol"/>
          <w:sz w:val="24"/>
          <w:szCs w:val="24"/>
        </w:rPr>
        <w:t>☐</w:t>
      </w:r>
      <w:r w:rsidRPr="00863033">
        <w:rPr>
          <w:rFonts w:ascii="Times New Roman" w:hAnsi="Times New Roman" w:cs="Times New Roman"/>
          <w:sz w:val="24"/>
          <w:szCs w:val="24"/>
        </w:rPr>
        <w:t xml:space="preserve"> </w:t>
      </w:r>
      <w:r w:rsidR="00863033">
        <w:rPr>
          <w:rFonts w:ascii="Times New Roman" w:hAnsi="Times New Roman" w:cs="Times New Roman"/>
          <w:sz w:val="24"/>
          <w:szCs w:val="24"/>
        </w:rPr>
        <w:t xml:space="preserve">Surat </w:t>
      </w:r>
      <w:proofErr w:type="spellStart"/>
      <w:r w:rsidR="00863033">
        <w:rPr>
          <w:rFonts w:ascii="Times New Roman" w:hAnsi="Times New Roman" w:cs="Times New Roman"/>
          <w:sz w:val="24"/>
          <w:szCs w:val="24"/>
        </w:rPr>
        <w:t>Keterangan</w:t>
      </w:r>
      <w:proofErr w:type="spellEnd"/>
      <w:r w:rsidR="008630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3033">
        <w:rPr>
          <w:rFonts w:ascii="Times New Roman" w:hAnsi="Times New Roman" w:cs="Times New Roman"/>
          <w:sz w:val="24"/>
          <w:szCs w:val="24"/>
        </w:rPr>
        <w:t>Bebas</w:t>
      </w:r>
      <w:proofErr w:type="spellEnd"/>
      <w:r w:rsidR="008630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3033">
        <w:rPr>
          <w:rFonts w:ascii="Times New Roman" w:hAnsi="Times New Roman" w:cs="Times New Roman"/>
          <w:sz w:val="24"/>
          <w:szCs w:val="24"/>
        </w:rPr>
        <w:t>Administrasi</w:t>
      </w:r>
      <w:proofErr w:type="spellEnd"/>
      <w:r w:rsidR="008630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3033">
        <w:rPr>
          <w:rFonts w:ascii="Times New Roman" w:hAnsi="Times New Roman" w:cs="Times New Roman"/>
          <w:sz w:val="24"/>
          <w:szCs w:val="24"/>
        </w:rPr>
        <w:t>Keuangan</w:t>
      </w:r>
      <w:proofErr w:type="spellEnd"/>
    </w:p>
    <w:p w14:paraId="47E156B0" w14:textId="6C8CB990" w:rsidR="006D4928" w:rsidRPr="00863033" w:rsidRDefault="00B36D34" w:rsidP="002151B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63033">
        <w:rPr>
          <w:rFonts w:ascii="Segoe UI Symbol" w:hAnsi="Segoe UI Symbol" w:cs="Segoe UI Symbol"/>
          <w:sz w:val="24"/>
          <w:szCs w:val="24"/>
        </w:rPr>
        <w:t>☐</w:t>
      </w:r>
      <w:r w:rsidRPr="008630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3033">
        <w:rPr>
          <w:rFonts w:ascii="Times New Roman" w:hAnsi="Times New Roman" w:cs="Times New Roman"/>
          <w:sz w:val="24"/>
          <w:szCs w:val="24"/>
        </w:rPr>
        <w:t>M</w:t>
      </w:r>
      <w:r w:rsidRPr="00863033">
        <w:rPr>
          <w:rFonts w:ascii="Times New Roman" w:hAnsi="Times New Roman" w:cs="Times New Roman"/>
          <w:sz w:val="24"/>
          <w:szCs w:val="24"/>
        </w:rPr>
        <w:t>enyerahkan</w:t>
      </w:r>
      <w:proofErr w:type="spellEnd"/>
      <w:r w:rsidRPr="008630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033">
        <w:rPr>
          <w:rFonts w:ascii="Times New Roman" w:hAnsi="Times New Roman" w:cs="Times New Roman"/>
          <w:sz w:val="24"/>
          <w:szCs w:val="24"/>
        </w:rPr>
        <w:t>skripsi</w:t>
      </w:r>
      <w:proofErr w:type="spellEnd"/>
      <w:r w:rsidR="00087D9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087D94">
        <w:rPr>
          <w:rFonts w:ascii="Times New Roman" w:hAnsi="Times New Roman" w:cs="Times New Roman"/>
          <w:sz w:val="24"/>
          <w:szCs w:val="24"/>
        </w:rPr>
        <w:t>dijilid</w:t>
      </w:r>
      <w:proofErr w:type="spellEnd"/>
      <w:r w:rsidR="00087D94">
        <w:rPr>
          <w:rFonts w:ascii="Times New Roman" w:hAnsi="Times New Roman" w:cs="Times New Roman"/>
          <w:sz w:val="24"/>
          <w:szCs w:val="24"/>
        </w:rPr>
        <w:t xml:space="preserve"> )</w:t>
      </w:r>
      <w:r w:rsidR="008630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A348CC" w14:textId="1E7AEAC1" w:rsidR="006E31BC" w:rsidRDefault="00B36D34" w:rsidP="006E31B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63033">
        <w:rPr>
          <w:rFonts w:ascii="Segoe UI Symbol" w:hAnsi="Segoe UI Symbol" w:cs="Segoe UI Symbol"/>
          <w:sz w:val="24"/>
          <w:szCs w:val="24"/>
        </w:rPr>
        <w:t>☐</w:t>
      </w:r>
      <w:r w:rsidRPr="008630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033">
        <w:rPr>
          <w:rFonts w:ascii="Times New Roman" w:hAnsi="Times New Roman" w:cs="Times New Roman"/>
          <w:sz w:val="24"/>
          <w:szCs w:val="24"/>
        </w:rPr>
        <w:t>T</w:t>
      </w:r>
      <w:r w:rsidR="00863033">
        <w:rPr>
          <w:rFonts w:ascii="Times New Roman" w:hAnsi="Times New Roman" w:cs="Times New Roman"/>
          <w:sz w:val="24"/>
          <w:szCs w:val="24"/>
        </w:rPr>
        <w:t>ranskrip</w:t>
      </w:r>
      <w:proofErr w:type="spellEnd"/>
      <w:r w:rsidR="00863033">
        <w:rPr>
          <w:rFonts w:ascii="Times New Roman" w:hAnsi="Times New Roman" w:cs="Times New Roman"/>
          <w:sz w:val="24"/>
          <w:szCs w:val="24"/>
        </w:rPr>
        <w:t xml:space="preserve"> Nilai </w:t>
      </w:r>
      <w:proofErr w:type="spellStart"/>
      <w:r w:rsidR="00732FE2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732F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2FE2">
        <w:rPr>
          <w:rFonts w:ascii="Times New Roman" w:hAnsi="Times New Roman" w:cs="Times New Roman"/>
          <w:sz w:val="24"/>
          <w:szCs w:val="24"/>
        </w:rPr>
        <w:t>Siakad</w:t>
      </w:r>
      <w:proofErr w:type="spellEnd"/>
    </w:p>
    <w:p w14:paraId="421DFC12" w14:textId="34EE9E2C" w:rsidR="006E31BC" w:rsidRPr="006E31BC" w:rsidRDefault="006E31BC" w:rsidP="006E31B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63033">
        <w:rPr>
          <w:rFonts w:ascii="Segoe UI Symbol" w:hAnsi="Segoe UI Symbol" w:cs="Segoe UI Symbol"/>
          <w:sz w:val="24"/>
          <w:szCs w:val="24"/>
        </w:rPr>
        <w:t>☐</w:t>
      </w:r>
      <w:r w:rsidRPr="008630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Potocopy</w:t>
      </w:r>
      <w:proofErr w:type="spellEnd"/>
      <w:r w:rsidRPr="005B04A7">
        <w:rPr>
          <w:rFonts w:ascii="Times New Roman" w:hAnsi="Times New Roman"/>
          <w:sz w:val="24"/>
          <w:szCs w:val="24"/>
        </w:rPr>
        <w:t xml:space="preserve"> Cover </w:t>
      </w:r>
      <w:proofErr w:type="spellStart"/>
      <w:r w:rsidRPr="005B04A7">
        <w:rPr>
          <w:rFonts w:ascii="Times New Roman" w:hAnsi="Times New Roman"/>
          <w:sz w:val="24"/>
          <w:szCs w:val="24"/>
        </w:rPr>
        <w:t>Judul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14:paraId="69CF456D" w14:textId="43CF01F0" w:rsidR="00863033" w:rsidRPr="00863033" w:rsidRDefault="00863033" w:rsidP="00863033">
      <w:pPr>
        <w:ind w:left="5040"/>
        <w:rPr>
          <w:rFonts w:ascii="Times New Roman" w:hAnsi="Times New Roman" w:cs="Times New Roman"/>
          <w:sz w:val="24"/>
          <w:szCs w:val="24"/>
        </w:rPr>
      </w:pPr>
      <w:r w:rsidRPr="00863033">
        <w:rPr>
          <w:rFonts w:ascii="Times New Roman" w:hAnsi="Times New Roman" w:cs="Times New Roman"/>
          <w:sz w:val="24"/>
          <w:szCs w:val="24"/>
        </w:rPr>
        <w:t>Makassar,…………………</w:t>
      </w:r>
    </w:p>
    <w:p w14:paraId="6308C4B0" w14:textId="632BD89D" w:rsidR="00863033" w:rsidRPr="00863033" w:rsidRDefault="00863033" w:rsidP="008630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BAAK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Mahasiswa</w:t>
      </w:r>
    </w:p>
    <w:p w14:paraId="6D6781C8" w14:textId="77777777" w:rsidR="00863033" w:rsidRDefault="00863033" w:rsidP="00863033">
      <w:pPr>
        <w:rPr>
          <w:rFonts w:ascii="Times New Roman" w:hAnsi="Times New Roman" w:cs="Times New Roman"/>
          <w:sz w:val="24"/>
          <w:szCs w:val="24"/>
        </w:rPr>
      </w:pPr>
    </w:p>
    <w:p w14:paraId="659D5E66" w14:textId="77777777" w:rsidR="00863033" w:rsidRDefault="00863033" w:rsidP="00863033">
      <w:pPr>
        <w:rPr>
          <w:rFonts w:ascii="Times New Roman" w:hAnsi="Times New Roman" w:cs="Times New Roman"/>
          <w:sz w:val="24"/>
          <w:szCs w:val="24"/>
        </w:rPr>
      </w:pPr>
    </w:p>
    <w:p w14:paraId="56F8E0EA" w14:textId="77777777" w:rsidR="00863033" w:rsidRDefault="00863033" w:rsidP="00863033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63033">
        <w:rPr>
          <w:rFonts w:ascii="Times New Roman" w:hAnsi="Times New Roman" w:cs="Times New Roman"/>
          <w:b/>
          <w:bCs/>
          <w:sz w:val="24"/>
          <w:szCs w:val="24"/>
        </w:rPr>
        <w:t>SATRIANI, S.E., M.M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………………………….</w:t>
      </w:r>
    </w:p>
    <w:p w14:paraId="764B6986" w14:textId="6A3FCDD2" w:rsidR="006D4928" w:rsidRDefault="00863033" w:rsidP="00863033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863033">
        <w:rPr>
          <w:rFonts w:ascii="Times New Roman" w:hAnsi="Times New Roman" w:cs="Times New Roman"/>
          <w:sz w:val="24"/>
          <w:szCs w:val="24"/>
        </w:rPr>
        <w:t>Tang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863033">
        <w:rPr>
          <w:rFonts w:ascii="Times New Roman" w:hAnsi="Times New Roman" w:cs="Times New Roman"/>
          <w:sz w:val="24"/>
          <w:szCs w:val="24"/>
        </w:rPr>
        <w:t>al</w:t>
      </w:r>
      <w:proofErr w:type="spellEnd"/>
      <w:r w:rsidRPr="008630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033">
        <w:rPr>
          <w:rFonts w:ascii="Times New Roman" w:hAnsi="Times New Roman" w:cs="Times New Roman"/>
          <w:sz w:val="24"/>
          <w:szCs w:val="24"/>
        </w:rPr>
        <w:t>Terima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 ……/………/………</w:t>
      </w:r>
      <w:r w:rsidRPr="00863033">
        <w:rPr>
          <w:rFonts w:ascii="Times New Roman" w:hAnsi="Times New Roman" w:cs="Times New Roman"/>
          <w:sz w:val="24"/>
          <w:szCs w:val="24"/>
        </w:rPr>
        <w:br/>
      </w:r>
    </w:p>
    <w:p w14:paraId="50A03267" w14:textId="604A1F45" w:rsidR="00A72AB4" w:rsidRPr="00F32834" w:rsidRDefault="00863033" w:rsidP="00F3283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Catatan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</w:p>
    <w:p w14:paraId="5BD0AEE9" w14:textId="5625B4DF" w:rsidR="00F32834" w:rsidRDefault="00F32834" w:rsidP="00863033">
      <w:pPr>
        <w:pStyle w:val="ListParagraph"/>
        <w:numPr>
          <w:ilvl w:val="0"/>
          <w:numId w:val="10"/>
        </w:num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BAAK </w:t>
      </w:r>
      <w:proofErr w:type="spellStart"/>
      <w:r>
        <w:rPr>
          <w:rFonts w:ascii="Times New Roman" w:hAnsi="Times New Roman" w:cs="Times New Roman"/>
          <w:sz w:val="24"/>
          <w:szCs w:val="24"/>
        </w:rPr>
        <w:t>Menceklis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lampiran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dokumen</w:t>
      </w:r>
      <w:proofErr w:type="spellEnd"/>
    </w:p>
    <w:p w14:paraId="6C1B116A" w14:textId="22B8D381" w:rsidR="00863033" w:rsidRDefault="00863033" w:rsidP="00863033">
      <w:pPr>
        <w:pStyle w:val="ListParagraph"/>
        <w:numPr>
          <w:ilvl w:val="0"/>
          <w:numId w:val="10"/>
        </w:num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863033">
        <w:rPr>
          <w:rFonts w:ascii="Times New Roman" w:hAnsi="Times New Roman" w:cs="Times New Roman"/>
          <w:sz w:val="24"/>
          <w:szCs w:val="24"/>
        </w:rPr>
        <w:t>Transkrip</w:t>
      </w:r>
      <w:proofErr w:type="spellEnd"/>
      <w:r w:rsidRPr="00863033">
        <w:rPr>
          <w:rFonts w:ascii="Times New Roman" w:hAnsi="Times New Roman" w:cs="Times New Roman"/>
          <w:sz w:val="24"/>
          <w:szCs w:val="24"/>
        </w:rPr>
        <w:t xml:space="preserve"> Nilai di </w:t>
      </w:r>
      <w:proofErr w:type="spellStart"/>
      <w:r w:rsidRPr="00863033">
        <w:rPr>
          <w:rFonts w:ascii="Times New Roman" w:hAnsi="Times New Roman" w:cs="Times New Roman"/>
          <w:sz w:val="24"/>
          <w:szCs w:val="24"/>
        </w:rPr>
        <w:t>ambil</w:t>
      </w:r>
      <w:proofErr w:type="spellEnd"/>
      <w:r w:rsidRPr="00863033">
        <w:rPr>
          <w:rFonts w:ascii="Times New Roman" w:hAnsi="Times New Roman" w:cs="Times New Roman"/>
          <w:sz w:val="24"/>
          <w:szCs w:val="24"/>
        </w:rPr>
        <w:t xml:space="preserve"> di </w:t>
      </w:r>
      <w:r w:rsidR="00E661F2">
        <w:rPr>
          <w:rFonts w:ascii="Times New Roman" w:hAnsi="Times New Roman" w:cs="Times New Roman"/>
          <w:sz w:val="24"/>
          <w:szCs w:val="24"/>
        </w:rPr>
        <w:t>PUSDATIN</w:t>
      </w:r>
    </w:p>
    <w:p w14:paraId="32F49848" w14:textId="1910FED1" w:rsidR="00863033" w:rsidRDefault="00863033" w:rsidP="00863033">
      <w:pPr>
        <w:pStyle w:val="ListParagraph"/>
        <w:numPr>
          <w:ilvl w:val="0"/>
          <w:numId w:val="10"/>
        </w:num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Yudisium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Disi oleh B</w:t>
      </w:r>
      <w:r w:rsidR="00575148">
        <w:rPr>
          <w:rFonts w:ascii="Times New Roman" w:hAnsi="Times New Roman" w:cs="Times New Roman"/>
          <w:sz w:val="24"/>
          <w:szCs w:val="24"/>
        </w:rPr>
        <w:t>AAK</w:t>
      </w:r>
    </w:p>
    <w:p w14:paraId="32E616E1" w14:textId="456C129E" w:rsidR="00863033" w:rsidRPr="002151BA" w:rsidRDefault="00863033" w:rsidP="00863033">
      <w:pPr>
        <w:pStyle w:val="ListParagraph"/>
        <w:numPr>
          <w:ilvl w:val="0"/>
          <w:numId w:val="10"/>
        </w:num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Dokumen</w:t>
      </w:r>
      <w:proofErr w:type="spellEnd"/>
      <w:r w:rsidR="002151BA">
        <w:rPr>
          <w:rFonts w:ascii="Times New Roman" w:hAnsi="Times New Roman" w:cs="Times New Roman"/>
          <w:sz w:val="24"/>
          <w:szCs w:val="24"/>
        </w:rPr>
        <w:t xml:space="preserve"> Tidak</w:t>
      </w:r>
      <w:r>
        <w:rPr>
          <w:rFonts w:ascii="Times New Roman" w:hAnsi="Times New Roman" w:cs="Times New Roman"/>
          <w:sz w:val="24"/>
          <w:szCs w:val="24"/>
        </w:rPr>
        <w:t xml:space="preserve"> Dapat Di Proses </w:t>
      </w:r>
      <w:proofErr w:type="spellStart"/>
      <w:r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Salah Satu Lampiran Tidak </w:t>
      </w:r>
      <w:proofErr w:type="spellStart"/>
      <w:r>
        <w:rPr>
          <w:rFonts w:ascii="Times New Roman" w:hAnsi="Times New Roman" w:cs="Times New Roman"/>
          <w:sz w:val="24"/>
          <w:szCs w:val="24"/>
        </w:rPr>
        <w:t>Lengkap</w:t>
      </w:r>
      <w:proofErr w:type="spellEnd"/>
    </w:p>
    <w:sectPr w:rsidR="00863033" w:rsidRPr="002151BA" w:rsidSect="00AD3FA6">
      <w:headerReference w:type="default" r:id="rId8"/>
      <w:pgSz w:w="12242" w:h="18711" w:code="5"/>
      <w:pgMar w:top="1480" w:right="567" w:bottom="1440" w:left="179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22BD7E" w14:textId="77777777" w:rsidR="00971B75" w:rsidRDefault="00971B75" w:rsidP="007D427B">
      <w:pPr>
        <w:spacing w:after="0" w:line="240" w:lineRule="auto"/>
      </w:pPr>
      <w:r>
        <w:separator/>
      </w:r>
    </w:p>
  </w:endnote>
  <w:endnote w:type="continuationSeparator" w:id="0">
    <w:p w14:paraId="7711BA27" w14:textId="77777777" w:rsidR="00971B75" w:rsidRDefault="00971B75" w:rsidP="007D4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9B7634" w14:textId="77777777" w:rsidR="00971B75" w:rsidRDefault="00971B75" w:rsidP="007D427B">
      <w:pPr>
        <w:spacing w:after="0" w:line="240" w:lineRule="auto"/>
      </w:pPr>
      <w:r>
        <w:separator/>
      </w:r>
    </w:p>
  </w:footnote>
  <w:footnote w:type="continuationSeparator" w:id="0">
    <w:p w14:paraId="6AA7D13B" w14:textId="77777777" w:rsidR="00971B75" w:rsidRDefault="00971B75" w:rsidP="007D42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49F2F" w14:textId="0B0FB7A6" w:rsidR="007D427B" w:rsidRDefault="007D427B">
    <w:pPr>
      <w:pStyle w:val="Header"/>
    </w:pPr>
    <w:r w:rsidRPr="003E5248">
      <w:rPr>
        <w:noProof/>
        <w:sz w:val="20"/>
      </w:rPr>
      <w:drawing>
        <wp:anchor distT="0" distB="0" distL="114300" distR="114300" simplePos="0" relativeHeight="251659264" behindDoc="0" locked="0" layoutInCell="1" allowOverlap="1" wp14:anchorId="75050A5B" wp14:editId="457971F1">
          <wp:simplePos x="0" y="0"/>
          <wp:positionH relativeFrom="page">
            <wp:posOffset>127000</wp:posOffset>
          </wp:positionH>
          <wp:positionV relativeFrom="paragraph">
            <wp:posOffset>-350520</wp:posOffset>
          </wp:positionV>
          <wp:extent cx="7562850" cy="1356360"/>
          <wp:effectExtent l="0" t="0" r="0" b="0"/>
          <wp:wrapNone/>
          <wp:docPr id="655397818" name="Picture 1" descr="A close up of a sign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6610809" name="Picture 1" descr="A close up of a sign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850" cy="13563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6CD31B7"/>
    <w:multiLevelType w:val="hybridMultilevel"/>
    <w:tmpl w:val="04A4773C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D95C24"/>
    <w:multiLevelType w:val="hybridMultilevel"/>
    <w:tmpl w:val="CDE20AD2"/>
    <w:lvl w:ilvl="0" w:tplc="ED4E5CC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9272574">
    <w:abstractNumId w:val="8"/>
  </w:num>
  <w:num w:numId="2" w16cid:durableId="91515644">
    <w:abstractNumId w:val="6"/>
  </w:num>
  <w:num w:numId="3" w16cid:durableId="163520305">
    <w:abstractNumId w:val="5"/>
  </w:num>
  <w:num w:numId="4" w16cid:durableId="2052152177">
    <w:abstractNumId w:val="4"/>
  </w:num>
  <w:num w:numId="5" w16cid:durableId="747263343">
    <w:abstractNumId w:val="7"/>
  </w:num>
  <w:num w:numId="6" w16cid:durableId="1664510391">
    <w:abstractNumId w:val="3"/>
  </w:num>
  <w:num w:numId="7" w16cid:durableId="637806137">
    <w:abstractNumId w:val="2"/>
  </w:num>
  <w:num w:numId="8" w16cid:durableId="1218972923">
    <w:abstractNumId w:val="1"/>
  </w:num>
  <w:num w:numId="9" w16cid:durableId="831026004">
    <w:abstractNumId w:val="0"/>
  </w:num>
  <w:num w:numId="10" w16cid:durableId="1507280853">
    <w:abstractNumId w:val="10"/>
  </w:num>
  <w:num w:numId="11" w16cid:durableId="11431532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81DCB"/>
    <w:rsid w:val="00087D94"/>
    <w:rsid w:val="000A2912"/>
    <w:rsid w:val="0015074B"/>
    <w:rsid w:val="001A44AC"/>
    <w:rsid w:val="002151BA"/>
    <w:rsid w:val="0029639D"/>
    <w:rsid w:val="00326F90"/>
    <w:rsid w:val="00575148"/>
    <w:rsid w:val="00616307"/>
    <w:rsid w:val="0066717E"/>
    <w:rsid w:val="006D4928"/>
    <w:rsid w:val="006E31BC"/>
    <w:rsid w:val="00732FE2"/>
    <w:rsid w:val="007A4FAD"/>
    <w:rsid w:val="007D427B"/>
    <w:rsid w:val="00863033"/>
    <w:rsid w:val="00883C9C"/>
    <w:rsid w:val="0093402B"/>
    <w:rsid w:val="00941B47"/>
    <w:rsid w:val="00971B75"/>
    <w:rsid w:val="0099326D"/>
    <w:rsid w:val="00A13043"/>
    <w:rsid w:val="00A641BA"/>
    <w:rsid w:val="00A677A2"/>
    <w:rsid w:val="00A72AB4"/>
    <w:rsid w:val="00A73404"/>
    <w:rsid w:val="00AA1D8D"/>
    <w:rsid w:val="00AD3FA6"/>
    <w:rsid w:val="00B36D34"/>
    <w:rsid w:val="00B47730"/>
    <w:rsid w:val="00C1664E"/>
    <w:rsid w:val="00C626CB"/>
    <w:rsid w:val="00CB0664"/>
    <w:rsid w:val="00E661F2"/>
    <w:rsid w:val="00F3283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C6BB11"/>
  <w14:defaultImageDpi w14:val="300"/>
  <w15:docId w15:val="{99BCA314-2EDC-46B6-8774-3489BC3E8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1367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MAHMUD</cp:lastModifiedBy>
  <cp:revision>23</cp:revision>
  <cp:lastPrinted>2025-08-06T06:54:00Z</cp:lastPrinted>
  <dcterms:created xsi:type="dcterms:W3CDTF">2025-05-26T07:26:00Z</dcterms:created>
  <dcterms:modified xsi:type="dcterms:W3CDTF">2026-08-22T07:46:00Z</dcterms:modified>
  <cp:category/>
</cp:coreProperties>
</file>